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4932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116000" cy="2223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system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2223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4"/>
              </w:rPr>
              <w:t>OBSŁUGA KLIENTA · ODSTĄPIENIE OD UMOWY</w:t>
            </w:r>
          </w:p>
        </w:tc>
      </w:tr>
    </w:tbl>
    <w:p>
      <w:pPr>
        <w:spacing w:after="20"/>
      </w:pPr>
    </w:p>
    <w:p>
      <w:pPr>
        <w:keepNext/>
        <w:spacing w:before="0" w:after="40" w:line="240" w:lineRule="auto"/>
      </w:pPr>
      <w:r>
        <w:rPr>
          <w:rFonts w:ascii="Inter Display" w:hAnsi="Inter Display" w:eastAsia="Inter Display"/>
          <w:b/>
          <w:i w:val="0"/>
          <w:color w:val="0B1120"/>
          <w:sz w:val="41"/>
        </w:rPr>
        <w:t xml:space="preserve">Formularz odstąpienia od umowy </w:t>
      </w:r>
      <w:r>
        <w:rPr>
          <w:rFonts w:ascii="Inter Display" w:hAnsi="Inter Display" w:eastAsia="Inter Display"/>
          <w:b/>
          <w:i w:val="0"/>
          <w:color w:val="046BD2"/>
          <w:sz w:val="41"/>
        </w:rPr>
        <w:t>sprzedaży towaru</w:t>
      </w:r>
      <w:r>
        <w:rPr>
          <w:rFonts w:ascii="Inter Display" w:hAnsi="Inter Display" w:eastAsia="Inter Display"/>
          <w:b/>
          <w:i w:val="0"/>
          <w:color w:val="046BD2"/>
          <w:sz w:val="41"/>
        </w:rPr>
        <w:t>.</w:t>
      </w:r>
    </w:p>
    <w:p>
      <w:pPr>
        <w:keepNext w:val="0"/>
        <w:spacing w:before="0" w:after="160" w:line="240" w:lineRule="auto"/>
        <w:pBdr>
          <w:bottom w:val="single" w:sz="18" w:space="1" w:color="046BD2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68"/>
        <w:gridCol w:w="7767"/>
      </w:tblGrid>
      <w:tr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5"/>
              </w:rPr>
              <w:t>SPRZEDAWCA</w:t>
            </w:r>
          </w:p>
        </w:tc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6"/>
              </w:rPr>
              <w:t>UNISYSTEM SPÓŁKA Z OGRANICZONĄ ODPOWIEDZIALNOŚCIĄ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ul. Nowy Świat 36, 80-299 Gdańsk  ·  office@unisystem.com  ·  +48 587 789 314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NIP: 5842741076  ·  REGON: 361255803</w:t>
            </w:r>
          </w:p>
        </w:tc>
      </w:tr>
    </w:tbl>
    <w:p>
      <w:pPr>
        <w:keepNext w:val="0"/>
        <w:spacing w:before="0" w:after="12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01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konsumenta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09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Imię i nazwisko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9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Adres korespondencyjny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20"/>
        <w:gridCol w:w="4315"/>
      </w:tblGrid>
      <w:tr>
        <w:trPr>
          <w:trHeight w:val="709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E-mail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Telefon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02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Oświadczenie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6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D6E5F4"/>
              <w:left w:val="single" w:sz="7" w:color="D6E5F4"/>
              <w:bottom w:val="single" w:sz="7" w:color="D6E5F4"/>
              <w:right w:val="single" w:sz="7" w:color="D6E5F4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7"/>
              </w:rPr>
              <w:t>Ja niżej podpisany/a niniejszym informuję o odstąpieniu od umowy sprzedaży następującego towaru: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37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Nazwa towaru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19"/>
        <w:gridCol w:w="4516"/>
      </w:tblGrid>
      <w:tr>
        <w:trPr>
          <w:trHeight w:val="709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Numer zamówienia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Data zawarcia umowy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09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Data odbioru towaru</w:t>
            </w:r>
          </w:p>
        </w:tc>
      </w:tr>
    </w:tbl>
    <w:p>
      <w:pPr>
        <w:keepNext w:val="0"/>
        <w:spacing w:before="0" w:after="0" w:line="240" w:lineRule="auto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89"/>
        <w:gridCol w:w="5046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4" w:color="046BD2"/>
            </w:tcBorders>
          </w:tcPr>
          <w:p>
            <w:pPr>
              <w:keepNext w:val="0"/>
              <w:spacing w:before="0" w:after="10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972000" cy="1936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system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193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4" w:color="046BD2"/>
            </w:tcBorders>
          </w:tcPr>
          <w:p>
            <w:pPr>
              <w:keepNext w:val="0"/>
              <w:spacing w:before="0" w:after="100" w:line="240" w:lineRule="auto"/>
              <w:jc w:val="right"/>
            </w:pPr>
            <w:r>
              <w:rPr>
                <w:rFonts w:ascii="Inter Display" w:hAnsi="Inter Display" w:eastAsia="Inter Display"/>
                <w:b/>
                <w:i w:val="0"/>
                <w:color w:val="334155"/>
                <w:sz w:val="15"/>
              </w:rPr>
              <w:t>FORMULARZ ODSTĄPIENIA OD UMOWY</w:t>
            </w:r>
          </w:p>
        </w:tc>
      </w:tr>
    </w:tbl>
    <w:p>
      <w:pPr>
        <w:keepNext w:val="0"/>
        <w:spacing w:before="0" w:after="12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03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Zwrot płatności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021"/>
        <w:gridCol w:w="4014"/>
      </w:tblGrid>
      <w:tr>
        <w:trPr>
          <w:trHeight w:val="765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Numer rachunku bankowego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Właściciel rachunku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113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Dodatkowe informacje dotyczące zwrotu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04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Działalność gospodarcza</w:t>
            </w:r>
          </w:p>
        </w:tc>
      </w:tr>
    </w:tbl>
    <w:p>
      <w:pPr>
        <w:spacing w:after="0"/>
      </w:pPr>
    </w:p>
    <w:p>
      <w:pPr>
        <w:keepNext w:val="0"/>
        <w:spacing w:before="0" w:after="100" w:line="240" w:lineRule="auto"/>
      </w:pPr>
      <w:r>
        <w:rPr>
          <w:rFonts w:ascii="Inter" w:hAnsi="Inter" w:eastAsia="Inter"/>
          <w:b w:val="0"/>
          <w:i w:val="0"/>
          <w:color w:val="475569"/>
          <w:sz w:val="16"/>
        </w:rPr>
        <w:t>Jeśli prowadzisz jednoosobową działalność gospodarczą oraz nabyłeś produkt w ramach umowy sprzedaży bezpośrednio związanej z Twoją działalnością gospodarczą, zaznacz właściwą odpowiedź: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Oświadczam, że umowa sprzedaży NIE MA dla mnie charakteru zawodowego, który w szczególności wynika z przedmiotu wykonywanej przeze mnie działalności gospodarczej.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Oświadczam, że umowa sprzedaży MA dla mnie charakter zawodowy, który w szczególności wynika z przedmiotu wykonywanej przeze mnie działalności gospodarczej.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05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Potwierdzenie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rPr>
          <w:trHeight w:val="1020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Miejscowość i data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Podpis konsumenta</w:t>
            </w:r>
          </w:p>
        </w:tc>
      </w:tr>
    </w:tbl>
    <w:p>
      <w:pPr>
        <w:keepNext w:val="0"/>
        <w:spacing w:before="0" w:after="0" w:line="240" w:lineRule="auto"/>
      </w:pPr>
    </w:p>
    <w:sectPr w:rsidR="00FC693F" w:rsidRPr="0006063C" w:rsidSect="00034616">
      <w:footerReference w:type="default" r:id="rId9"/>
      <w:pgSz w:w="11906" w:h="16838"/>
      <w:pgMar w:top="709" w:right="935" w:bottom="737" w:left="935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087"/>
      <w:gridCol w:w="2948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</w:pPr>
          <w:r>
            <w:rPr>
              <w:rFonts w:ascii="Inter" w:hAnsi="Inter" w:eastAsia="Inter"/>
              <w:b w:val="0"/>
              <w:i w:val="0"/>
              <w:color w:val="64748B"/>
              <w:sz w:val="13"/>
            </w:rPr>
            <w:t>UNISYSTEM SP. Z O.O.  ·  office@unisystem.com  ·  +48 58 761 54 20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  <w:jc w:val="right"/>
          </w:pPr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UNI  </w:t>
          </w:r>
          <w:fldSimple w:instr="PAGE">
            <w:r>
              <w:rPr>
                <w:rFonts w:ascii="Inter Display" w:hAnsi="Inter Display"/>
                <w:color w:val="64748B"/>
                <w:sz w:val="15"/>
              </w:rPr>
              <w:t>1</w:t>
            </w:r>
          </w:fldSimple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 / </w:t>
          </w:r>
          <w:fldSimple w:instr="NUMPAGES">
            <w:r>
              <w:rPr>
                <w:rFonts w:ascii="Inter Display" w:hAnsi="Inter Display"/>
                <w:color w:val="64748B"/>
                <w:sz w:val="15"/>
              </w:rPr>
              <w:t>2</w:t>
            </w:r>
          </w:fldSimple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/>
      <w:color w:val="1E29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 sprzedaży towaru – Unisystem</dc:title>
  <dc:subject>Branded withdrawal form</dc:subject>
  <dc:creator>Unisystem</dc:creator>
  <cp:keywords>Unisystem, odstąpienie od umowy, formularz, zwrot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